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היכרות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ילדה עולה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שהיא תלמידה בכיתה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שהיא בת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שיש לה חברה חדשה בשם 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(אומרים כשמישהו עוזר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(מישהו שאוהבים ומבלים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שגרים בו, כמו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עם שם, גיל וארץ מקור, בדומה למבנה הטקסט על מאיה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מאיה, מצרפת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חבר הוא זכר וחברה היא נקבה, שניהם אנשים שאוהבים ומבלים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תחילת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חלק הדיבור בסוף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ומשפטים של היכרות ושלום, לפי הסיפור על מאיה שהיא עולה חדשה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תלמידה  ·  חברה  ·  שלום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לילדה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מאיה עולה חדשה מאיפה?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בת כמה 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היא תלמידה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בת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לנועה קוראים לחברה של מאיה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__________! קוראים לי מאיה.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__________ בכיתה 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יש לי __________ חדשה, קוראים לה נועה.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תּוֹדָה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חָבֵר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שגרים בו, כמו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תַּלְמִיד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אומרים כשמישהו עוזר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אֶרֶץ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ילד שלומד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שלום!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עצמכם: איך קוראים לכם, בני/בנות כמה אתם, ומאיפה הגעתם.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השם של הילדה בטקסט ומאיפה היא הגיעה?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שאומרים כשפוגשים 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