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היכרות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ילדה עולה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על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בת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כיתה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כתוב שהיא תלמידה בכיתה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כתוב שהיא בת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שיש לה חברה חדשה בשם 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מאיה הגיעה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שהיא עולה חדשה מצרפת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(אומרים כשמישהו עוזר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(מישהו שאוהבים ומבלים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(ילד שלומד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שגרים בו, כמו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(לפגוש מישהו בפעם הראשונה)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משפט עם שם, גיל וארץ מקור, בדומה למבנה הטקסט על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בה התלמיד כותב שם של חבר/ה בדומה למבנה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מאיה, מצרפת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חבר הוא זכר וחברה היא נקבה, שניהם אנשים שאוהבים ומבלים איתם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בקול לפני תחילת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את חלק הדיבור בסוף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להתמקד בחלקי ההתאמה וההשלמה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פשוטות של שלום והיכרות. נקרא על ילדה בשם מאיה.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שָׁלוֹם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שאומרים כשפוגשים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שֵׁם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קוראים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תַּלְמִיד / תַּלְמִידָה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או ילדה שלומדים בבית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חָבֵר / חֲבֵרָה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שאוהבים ומבלים איתו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אֶרֶץ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גדול שגרים בו, כמו ישראל או צרפת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עוֹלֶה חָדָשׁ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שעבר לגור בארץ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שָׂפָה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מדברים, למשל עברית או צרפתית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לְהַכִּיר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לדעת מי זה מישהו, לפגוש אותו בפעם הראשונה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השם של הילדה?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ארץ מאיה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הגיל של מאיה?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כיתה מאיה תלמידה?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כיתה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כיתה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כיתה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כיתה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השם של החברה החדשה?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היא תלמידה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בת עשר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לנועה קוראים לחברה של מאיה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הגיעה מאמריקה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היא עולה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__________! קוראים לי מאיה.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__________ בכיתה 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לי __________ חדשה, קוראים לה נועה.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עולה חדשה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בבקשה ו__________ הן מילים מנומסות.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אני לומדת שפה חדשה כי אני עולה ל__________ חדשה.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תּוֹדָה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שגרים בו, כמו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חָבֵר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לפגוש מישהו בפעם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תַּלְמִיד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מישהו שאוהבים ומבלים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אֶרֶץ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ילד שלומד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לְהַכִּיר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אומרים כשמישהו עוזר 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שלום!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עצמכם: איך קוראים לכם, בני/בנות כמה אתם, ומאיפה הגעתם.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ספרו: יש לכם חבר או חברה חדשים? איך קוראים להם?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השם של הילדה בטקסט ומאיפה היא הגיעה?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שאומרים כשפוגשים מישהו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המילים חבר וחברה?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