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היכרות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ילדה עולה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כיתה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שהיא תלמידה בכיתה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שהיא בת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שיש לה חברה חדשה בשם 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מאיה הגיעה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שהיא עולה חדשה מצרפת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(אומרים כשמישהו עוזר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(מישהו שאוהבים ומבלים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שגרים בו, כמו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(לפגוש מישהו בפעם 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עם שם, גיל וארץ מקור, בדומה למבנה הטקסט על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בה התלמיד כותב שם של חבר/ה בדומה למבנה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מאיה, מצרפת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חבר הוא זכר וחברה היא נקבה, שניהם אנשים שאוהבים ומבלים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תחילת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חלק הדיבור בסוף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ומשפטים של היכרות ושלום, לפי הסיפור על מאיה שהיא עולה חדשה מצרפת.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מאיה עולה חדשה מאיפה?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 כמה 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כיתה לומדת 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כיתה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לחברה החדשה של 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היא תלמידה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בת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לנועה קוראים לחברה של מאיה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הגיעה מאמריקה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היא עולה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__________! קוראים לי מאיה.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בכיתה 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חדשה, קוראים לה 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עולה חדשה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בבקשה ו__________ הן מילים מנומסות.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אני לומדת שפה חדשה כי אני עולה ל__________ חדשה.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תּוֹדָה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לפגוש מישהו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חָבֵר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תַּלְמִיד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אֶרֶץ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אומרים כשמישהו עוזר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לְהַכִּיר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שגרים בו, כמו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עצמכם: איך קוראים לכם, בני/בנות כמה אתם, ומאיפה הגעתם.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ספרו: יש לכם חבר או חברה חדשים? איך קוראים 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השם של הילדה בטקסט ומאיפה היא הגיעה?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שאומרים כשפוגשים 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המילים חבר וחברה?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